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2F930" w14:textId="77777777" w:rsidR="009D4065" w:rsidRPr="00B96BEB" w:rsidRDefault="00000000">
      <w:pPr>
        <w:pStyle w:val="Heading1"/>
        <w:rPr>
          <w:sz w:val="16"/>
          <w:szCs w:val="16"/>
        </w:rPr>
      </w:pPr>
      <w:r w:rsidRPr="00B96BEB">
        <w:rPr>
          <w:sz w:val="24"/>
          <w:szCs w:val="24"/>
        </w:rPr>
        <w:t>Risk Assessment – Mega Buzzer Hire (HSE/AAIAC Style)</w:t>
      </w:r>
    </w:p>
    <w:p w14:paraId="6FFE5471" w14:textId="77777777" w:rsidR="009D4065" w:rsidRPr="00B96BEB" w:rsidRDefault="00000000">
      <w:pPr>
        <w:pStyle w:val="Heading2"/>
        <w:rPr>
          <w:sz w:val="16"/>
          <w:szCs w:val="16"/>
        </w:rPr>
      </w:pPr>
      <w:r w:rsidRPr="00B96BEB">
        <w:rPr>
          <w:sz w:val="16"/>
          <w:szCs w:val="16"/>
        </w:rPr>
        <w:t>Activity Description</w:t>
      </w:r>
    </w:p>
    <w:p w14:paraId="0AFA6120" w14:textId="77777777" w:rsidR="009D4065" w:rsidRPr="00B96BEB" w:rsidRDefault="00000000">
      <w:pPr>
        <w:rPr>
          <w:sz w:val="12"/>
          <w:szCs w:val="12"/>
        </w:rPr>
      </w:pPr>
      <w:r w:rsidRPr="00B96BEB">
        <w:rPr>
          <w:sz w:val="12"/>
          <w:szCs w:val="12"/>
        </w:rPr>
        <w:t>Delivery, setup, supervised operation and dismantling of an indoor archery stall using low-poundage bows and suction-cup or foam safety arrows for temporary hire at events.</w:t>
      </w:r>
    </w:p>
    <w:p w14:paraId="426CC40B" w14:textId="77777777" w:rsidR="009D4065" w:rsidRPr="00B96BEB" w:rsidRDefault="00000000">
      <w:pPr>
        <w:pStyle w:val="Heading2"/>
        <w:rPr>
          <w:sz w:val="16"/>
          <w:szCs w:val="16"/>
        </w:rPr>
      </w:pPr>
      <w:r w:rsidRPr="00B96BEB">
        <w:rPr>
          <w:sz w:val="16"/>
          <w:szCs w:val="16"/>
        </w:rPr>
        <w:t>Persons at Risk</w:t>
      </w:r>
    </w:p>
    <w:p w14:paraId="61A9B568" w14:textId="77777777" w:rsidR="009D4065" w:rsidRPr="00B96BEB" w:rsidRDefault="00000000">
      <w:pPr>
        <w:rPr>
          <w:sz w:val="12"/>
          <w:szCs w:val="12"/>
        </w:rPr>
      </w:pPr>
      <w:r w:rsidRPr="00B96BEB">
        <w:rPr>
          <w:sz w:val="20"/>
          <w:szCs w:val="20"/>
        </w:rPr>
        <w:t>Staff, hirers, operators, participants, spectators and members of the public.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6"/>
        <w:gridCol w:w="1728"/>
        <w:gridCol w:w="1725"/>
        <w:gridCol w:w="1726"/>
        <w:gridCol w:w="1725"/>
      </w:tblGrid>
      <w:tr w:rsidR="009D4065" w:rsidRPr="00B96BEB" w14:paraId="26653B64" w14:textId="77777777">
        <w:tc>
          <w:tcPr>
            <w:tcW w:w="1728" w:type="dxa"/>
          </w:tcPr>
          <w:p w14:paraId="46A147B3" w14:textId="77777777" w:rsidR="009D4065" w:rsidRPr="00B96BEB" w:rsidRDefault="00000000">
            <w:pPr>
              <w:rPr>
                <w:sz w:val="12"/>
                <w:szCs w:val="12"/>
              </w:rPr>
            </w:pPr>
            <w:r w:rsidRPr="00B96BEB">
              <w:rPr>
                <w:sz w:val="12"/>
                <w:szCs w:val="12"/>
              </w:rPr>
              <w:t>Hazard</w:t>
            </w:r>
          </w:p>
        </w:tc>
        <w:tc>
          <w:tcPr>
            <w:tcW w:w="1728" w:type="dxa"/>
          </w:tcPr>
          <w:p w14:paraId="34486D9A" w14:textId="77777777" w:rsidR="009D4065" w:rsidRPr="00B96BEB" w:rsidRDefault="00000000">
            <w:pPr>
              <w:rPr>
                <w:sz w:val="12"/>
                <w:szCs w:val="12"/>
              </w:rPr>
            </w:pPr>
            <w:r w:rsidRPr="00B96BEB">
              <w:rPr>
                <w:sz w:val="12"/>
                <w:szCs w:val="12"/>
              </w:rPr>
              <w:t>Persons at Risk</w:t>
            </w:r>
          </w:p>
        </w:tc>
        <w:tc>
          <w:tcPr>
            <w:tcW w:w="1728" w:type="dxa"/>
          </w:tcPr>
          <w:p w14:paraId="59A18309" w14:textId="77777777" w:rsidR="009D4065" w:rsidRPr="00B96BEB" w:rsidRDefault="00000000">
            <w:pPr>
              <w:rPr>
                <w:sz w:val="12"/>
                <w:szCs w:val="12"/>
              </w:rPr>
            </w:pPr>
            <w:r w:rsidRPr="00B96BEB">
              <w:rPr>
                <w:sz w:val="12"/>
                <w:szCs w:val="12"/>
              </w:rPr>
              <w:t>Initial Risk</w:t>
            </w:r>
          </w:p>
        </w:tc>
        <w:tc>
          <w:tcPr>
            <w:tcW w:w="1728" w:type="dxa"/>
          </w:tcPr>
          <w:p w14:paraId="242CE529" w14:textId="77777777" w:rsidR="009D4065" w:rsidRPr="00B96BEB" w:rsidRDefault="00000000">
            <w:pPr>
              <w:rPr>
                <w:sz w:val="12"/>
                <w:szCs w:val="12"/>
              </w:rPr>
            </w:pPr>
            <w:r w:rsidRPr="00B96BEB">
              <w:rPr>
                <w:sz w:val="12"/>
                <w:szCs w:val="12"/>
              </w:rPr>
              <w:t>Control Measures</w:t>
            </w:r>
          </w:p>
        </w:tc>
        <w:tc>
          <w:tcPr>
            <w:tcW w:w="1728" w:type="dxa"/>
          </w:tcPr>
          <w:p w14:paraId="69601728" w14:textId="77777777" w:rsidR="009D4065" w:rsidRPr="00B96BEB" w:rsidRDefault="00000000">
            <w:pPr>
              <w:rPr>
                <w:sz w:val="12"/>
                <w:szCs w:val="12"/>
              </w:rPr>
            </w:pPr>
            <w:r w:rsidRPr="00B96BEB">
              <w:rPr>
                <w:sz w:val="12"/>
                <w:szCs w:val="12"/>
              </w:rPr>
              <w:t>Residual Risk</w:t>
            </w:r>
          </w:p>
        </w:tc>
      </w:tr>
      <w:tr w:rsidR="00256AE3" w:rsidRPr="00B96BEB" w14:paraId="69BFF717" w14:textId="77777777">
        <w:tc>
          <w:tcPr>
            <w:tcW w:w="1726" w:type="dxa"/>
            <w:vAlign w:val="center"/>
          </w:tcPr>
          <w:p w14:paraId="14A42759" w14:textId="77777777" w:rsidR="00256AE3" w:rsidRPr="00B96BEB" w:rsidRDefault="00000000">
            <w:pPr>
              <w:rPr>
                <w:sz w:val="20"/>
                <w:szCs w:val="20"/>
              </w:rPr>
            </w:pPr>
            <w:r w:rsidRPr="00B96BEB">
              <w:rPr>
                <w:rFonts w:ascii="Arial" w:hAnsi="Arial"/>
                <w:sz w:val="14"/>
                <w:szCs w:val="20"/>
              </w:rPr>
              <w:t>Manual handling during setup</w:t>
            </w:r>
          </w:p>
        </w:tc>
        <w:tc>
          <w:tcPr>
            <w:tcW w:w="1728" w:type="dxa"/>
            <w:vAlign w:val="center"/>
          </w:tcPr>
          <w:p w14:paraId="788647C3" w14:textId="77777777" w:rsidR="00256AE3" w:rsidRPr="00B96BEB" w:rsidRDefault="00000000">
            <w:pPr>
              <w:rPr>
                <w:sz w:val="20"/>
                <w:szCs w:val="20"/>
              </w:rPr>
            </w:pPr>
            <w:r w:rsidRPr="00B96BEB">
              <w:rPr>
                <w:rFonts w:ascii="Arial" w:hAnsi="Arial"/>
                <w:sz w:val="14"/>
                <w:szCs w:val="20"/>
              </w:rPr>
              <w:t>Staff</w:t>
            </w:r>
          </w:p>
        </w:tc>
        <w:tc>
          <w:tcPr>
            <w:tcW w:w="1725" w:type="dxa"/>
            <w:vAlign w:val="center"/>
          </w:tcPr>
          <w:p w14:paraId="527BFA27" w14:textId="77777777" w:rsidR="00256AE3" w:rsidRPr="00B96BEB" w:rsidRDefault="00000000">
            <w:pPr>
              <w:rPr>
                <w:sz w:val="20"/>
                <w:szCs w:val="20"/>
              </w:rPr>
            </w:pPr>
            <w:r w:rsidRPr="00B96BEB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79387CD0" w14:textId="77777777" w:rsidR="00256AE3" w:rsidRPr="00B96BEB" w:rsidRDefault="00000000">
            <w:pPr>
              <w:rPr>
                <w:sz w:val="20"/>
                <w:szCs w:val="20"/>
              </w:rPr>
            </w:pPr>
            <w:r w:rsidRPr="00B96BEB">
              <w:rPr>
                <w:rFonts w:ascii="Arial" w:hAnsi="Arial"/>
                <w:sz w:val="14"/>
                <w:szCs w:val="20"/>
              </w:rPr>
              <w:t>Use safe lifting techniques and team lifts where required; secure the unit and components during transport and setup.</w:t>
            </w:r>
          </w:p>
        </w:tc>
        <w:tc>
          <w:tcPr>
            <w:tcW w:w="1725" w:type="dxa"/>
            <w:vAlign w:val="center"/>
          </w:tcPr>
          <w:p w14:paraId="07191ED1" w14:textId="77777777" w:rsidR="00256AE3" w:rsidRPr="00B96BEB" w:rsidRDefault="00000000">
            <w:pPr>
              <w:rPr>
                <w:sz w:val="20"/>
                <w:szCs w:val="20"/>
              </w:rPr>
            </w:pPr>
            <w:r w:rsidRPr="00B96BEB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256AE3" w:rsidRPr="00B96BEB" w14:paraId="4FFCCD66" w14:textId="77777777">
        <w:tc>
          <w:tcPr>
            <w:tcW w:w="1726" w:type="dxa"/>
            <w:vAlign w:val="center"/>
          </w:tcPr>
          <w:p w14:paraId="04770BEB" w14:textId="77777777" w:rsidR="00256AE3" w:rsidRPr="00B96BEB" w:rsidRDefault="00000000">
            <w:pPr>
              <w:rPr>
                <w:sz w:val="20"/>
                <w:szCs w:val="20"/>
              </w:rPr>
            </w:pPr>
            <w:r w:rsidRPr="00B96BEB">
              <w:rPr>
                <w:rFonts w:ascii="Arial" w:hAnsi="Arial"/>
                <w:sz w:val="14"/>
                <w:szCs w:val="20"/>
              </w:rPr>
              <w:t>Participant contact with buzzer/game unit</w:t>
            </w:r>
          </w:p>
        </w:tc>
        <w:tc>
          <w:tcPr>
            <w:tcW w:w="1728" w:type="dxa"/>
            <w:vAlign w:val="center"/>
          </w:tcPr>
          <w:p w14:paraId="6610F2B0" w14:textId="77777777" w:rsidR="00256AE3" w:rsidRPr="00B96BEB" w:rsidRDefault="00000000">
            <w:pPr>
              <w:rPr>
                <w:sz w:val="20"/>
                <w:szCs w:val="20"/>
              </w:rPr>
            </w:pPr>
            <w:r w:rsidRPr="00B96BEB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333B2C3F" w14:textId="77777777" w:rsidR="00256AE3" w:rsidRPr="00B96BEB" w:rsidRDefault="00000000">
            <w:pPr>
              <w:rPr>
                <w:sz w:val="20"/>
                <w:szCs w:val="20"/>
              </w:rPr>
            </w:pPr>
            <w:r w:rsidRPr="00B96BEB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001D2C5B" w14:textId="77777777" w:rsidR="00256AE3" w:rsidRPr="00B96BEB" w:rsidRDefault="00000000">
            <w:pPr>
              <w:rPr>
                <w:sz w:val="20"/>
                <w:szCs w:val="20"/>
              </w:rPr>
            </w:pPr>
            <w:r w:rsidRPr="00B96BEB">
              <w:rPr>
                <w:rFonts w:ascii="Arial" w:hAnsi="Arial"/>
                <w:sz w:val="14"/>
                <w:szCs w:val="20"/>
              </w:rPr>
              <w:t>Use the buzzer only as designed; provide clear instructions; prohibit climbing, leaning or striking the unit; supervise use.</w:t>
            </w:r>
          </w:p>
        </w:tc>
        <w:tc>
          <w:tcPr>
            <w:tcW w:w="1725" w:type="dxa"/>
            <w:vAlign w:val="center"/>
          </w:tcPr>
          <w:p w14:paraId="7A3B4CC3" w14:textId="77777777" w:rsidR="00256AE3" w:rsidRPr="00B96BEB" w:rsidRDefault="00000000">
            <w:pPr>
              <w:rPr>
                <w:sz w:val="20"/>
                <w:szCs w:val="20"/>
              </w:rPr>
            </w:pPr>
            <w:r w:rsidRPr="00B96BEB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256AE3" w:rsidRPr="00B96BEB" w14:paraId="6627A782" w14:textId="77777777">
        <w:tc>
          <w:tcPr>
            <w:tcW w:w="1726" w:type="dxa"/>
            <w:vAlign w:val="center"/>
          </w:tcPr>
          <w:p w14:paraId="3060B452" w14:textId="77777777" w:rsidR="00256AE3" w:rsidRPr="00B96BEB" w:rsidRDefault="00000000">
            <w:pPr>
              <w:rPr>
                <w:sz w:val="20"/>
                <w:szCs w:val="20"/>
              </w:rPr>
            </w:pPr>
            <w:r w:rsidRPr="00B96BEB">
              <w:rPr>
                <w:rFonts w:ascii="Arial" w:hAnsi="Arial"/>
                <w:sz w:val="14"/>
                <w:szCs w:val="20"/>
              </w:rPr>
              <w:t>Finger or hand trapping around buzzer/control</w:t>
            </w:r>
          </w:p>
        </w:tc>
        <w:tc>
          <w:tcPr>
            <w:tcW w:w="1728" w:type="dxa"/>
            <w:vAlign w:val="center"/>
          </w:tcPr>
          <w:p w14:paraId="08F287B5" w14:textId="77777777" w:rsidR="00256AE3" w:rsidRPr="00B96BEB" w:rsidRDefault="00000000">
            <w:pPr>
              <w:rPr>
                <w:sz w:val="20"/>
                <w:szCs w:val="20"/>
              </w:rPr>
            </w:pPr>
            <w:r w:rsidRPr="00B96BEB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5B4CDD08" w14:textId="77777777" w:rsidR="00256AE3" w:rsidRPr="00B96BEB" w:rsidRDefault="00000000">
            <w:pPr>
              <w:rPr>
                <w:sz w:val="20"/>
                <w:szCs w:val="20"/>
              </w:rPr>
            </w:pPr>
            <w:r w:rsidRPr="00B96BEB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2EC8512D" w14:textId="77777777" w:rsidR="00256AE3" w:rsidRPr="00B96BEB" w:rsidRDefault="00000000">
            <w:pPr>
              <w:rPr>
                <w:sz w:val="20"/>
                <w:szCs w:val="20"/>
              </w:rPr>
            </w:pPr>
            <w:r w:rsidRPr="00B96BEB">
              <w:rPr>
                <w:rFonts w:ascii="Arial" w:hAnsi="Arial"/>
                <w:sz w:val="14"/>
                <w:szCs w:val="20"/>
              </w:rPr>
              <w:t>Keep fingers clear of gaps and edges; do not interfere with internal or moving components; inspect the control before use.</w:t>
            </w:r>
          </w:p>
        </w:tc>
        <w:tc>
          <w:tcPr>
            <w:tcW w:w="1725" w:type="dxa"/>
            <w:vAlign w:val="center"/>
          </w:tcPr>
          <w:p w14:paraId="55DEF9F2" w14:textId="77777777" w:rsidR="00256AE3" w:rsidRPr="00B96BEB" w:rsidRDefault="00000000">
            <w:pPr>
              <w:rPr>
                <w:sz w:val="20"/>
                <w:szCs w:val="20"/>
              </w:rPr>
            </w:pPr>
            <w:r w:rsidRPr="00B96BEB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256AE3" w:rsidRPr="00B96BEB" w14:paraId="04A617F5" w14:textId="77777777">
        <w:tc>
          <w:tcPr>
            <w:tcW w:w="1726" w:type="dxa"/>
            <w:vAlign w:val="center"/>
          </w:tcPr>
          <w:p w14:paraId="1A5203F7" w14:textId="77777777" w:rsidR="00256AE3" w:rsidRPr="00B96BEB" w:rsidRDefault="00000000">
            <w:pPr>
              <w:rPr>
                <w:sz w:val="20"/>
                <w:szCs w:val="20"/>
              </w:rPr>
            </w:pPr>
            <w:r w:rsidRPr="00B96BEB">
              <w:rPr>
                <w:rFonts w:ascii="Arial" w:hAnsi="Arial"/>
                <w:sz w:val="14"/>
                <w:szCs w:val="20"/>
              </w:rPr>
              <w:t>Electrical equipment / cable hazard</w:t>
            </w:r>
          </w:p>
        </w:tc>
        <w:tc>
          <w:tcPr>
            <w:tcW w:w="1728" w:type="dxa"/>
            <w:vAlign w:val="center"/>
          </w:tcPr>
          <w:p w14:paraId="576ED71F" w14:textId="77777777" w:rsidR="00256AE3" w:rsidRPr="00B96BEB" w:rsidRDefault="00000000">
            <w:pPr>
              <w:rPr>
                <w:sz w:val="20"/>
                <w:szCs w:val="20"/>
              </w:rPr>
            </w:pPr>
            <w:r w:rsidRPr="00B96BEB">
              <w:rPr>
                <w:rFonts w:ascii="Arial" w:hAnsi="Arial"/>
                <w:sz w:val="14"/>
                <w:szCs w:val="20"/>
              </w:rPr>
              <w:t>Participants/Staff</w:t>
            </w:r>
          </w:p>
        </w:tc>
        <w:tc>
          <w:tcPr>
            <w:tcW w:w="1725" w:type="dxa"/>
            <w:vAlign w:val="center"/>
          </w:tcPr>
          <w:p w14:paraId="523FA989" w14:textId="77777777" w:rsidR="00256AE3" w:rsidRPr="00B96BEB" w:rsidRDefault="00000000">
            <w:pPr>
              <w:rPr>
                <w:sz w:val="20"/>
                <w:szCs w:val="20"/>
              </w:rPr>
            </w:pPr>
            <w:r w:rsidRPr="00B96BEB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6F57CE79" w14:textId="77777777" w:rsidR="00256AE3" w:rsidRPr="00B96BEB" w:rsidRDefault="00000000">
            <w:pPr>
              <w:rPr>
                <w:sz w:val="20"/>
                <w:szCs w:val="20"/>
              </w:rPr>
            </w:pPr>
            <w:r w:rsidRPr="00B96BEB">
              <w:rPr>
                <w:rFonts w:ascii="Arial" w:hAnsi="Arial"/>
                <w:sz w:val="14"/>
                <w:szCs w:val="20"/>
              </w:rPr>
              <w:t>Inspect power supply, plugs and cables before use; route cables safely away from walkways; isolate defective equipment.</w:t>
            </w:r>
          </w:p>
        </w:tc>
        <w:tc>
          <w:tcPr>
            <w:tcW w:w="1725" w:type="dxa"/>
            <w:vAlign w:val="center"/>
          </w:tcPr>
          <w:p w14:paraId="1698F2C4" w14:textId="77777777" w:rsidR="00256AE3" w:rsidRPr="00B96BEB" w:rsidRDefault="00000000">
            <w:pPr>
              <w:rPr>
                <w:sz w:val="20"/>
                <w:szCs w:val="20"/>
              </w:rPr>
            </w:pPr>
            <w:r w:rsidRPr="00B96BEB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256AE3" w:rsidRPr="00B96BEB" w14:paraId="70899DA9" w14:textId="77777777">
        <w:tc>
          <w:tcPr>
            <w:tcW w:w="1726" w:type="dxa"/>
            <w:vAlign w:val="center"/>
          </w:tcPr>
          <w:p w14:paraId="72F1C1CE" w14:textId="77777777" w:rsidR="00256AE3" w:rsidRPr="00B96BEB" w:rsidRDefault="00000000">
            <w:pPr>
              <w:rPr>
                <w:sz w:val="20"/>
                <w:szCs w:val="20"/>
              </w:rPr>
            </w:pPr>
            <w:r w:rsidRPr="00B96BEB">
              <w:rPr>
                <w:rFonts w:ascii="Arial" w:hAnsi="Arial"/>
                <w:sz w:val="14"/>
                <w:szCs w:val="20"/>
              </w:rPr>
              <w:t>Trips around equipment and cables</w:t>
            </w:r>
          </w:p>
        </w:tc>
        <w:tc>
          <w:tcPr>
            <w:tcW w:w="1728" w:type="dxa"/>
            <w:vAlign w:val="center"/>
          </w:tcPr>
          <w:p w14:paraId="3FA4F7B1" w14:textId="77777777" w:rsidR="00256AE3" w:rsidRPr="00B96BEB" w:rsidRDefault="00000000">
            <w:pPr>
              <w:rPr>
                <w:sz w:val="20"/>
                <w:szCs w:val="20"/>
              </w:rPr>
            </w:pPr>
            <w:r w:rsidRPr="00B96BEB">
              <w:rPr>
                <w:rFonts w:ascii="Arial" w:hAnsi="Arial"/>
                <w:sz w:val="14"/>
                <w:szCs w:val="20"/>
              </w:rPr>
              <w:t>All</w:t>
            </w:r>
          </w:p>
        </w:tc>
        <w:tc>
          <w:tcPr>
            <w:tcW w:w="1725" w:type="dxa"/>
            <w:vAlign w:val="center"/>
          </w:tcPr>
          <w:p w14:paraId="36BF24E2" w14:textId="77777777" w:rsidR="00256AE3" w:rsidRPr="00B96BEB" w:rsidRDefault="00000000">
            <w:pPr>
              <w:rPr>
                <w:sz w:val="20"/>
                <w:szCs w:val="20"/>
              </w:rPr>
            </w:pPr>
            <w:r w:rsidRPr="00B96BEB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5DF6B4F0" w14:textId="77777777" w:rsidR="00256AE3" w:rsidRPr="00B96BEB" w:rsidRDefault="00000000">
            <w:pPr>
              <w:rPr>
                <w:sz w:val="20"/>
                <w:szCs w:val="20"/>
              </w:rPr>
            </w:pPr>
            <w:r w:rsidRPr="00B96BEB">
              <w:rPr>
                <w:rFonts w:ascii="Arial" w:hAnsi="Arial"/>
                <w:sz w:val="14"/>
                <w:szCs w:val="20"/>
              </w:rPr>
              <w:t>Keep the floor clear of cables, bags and other equipment; route cables away from pedestrian routes and maintain good housekeeping.</w:t>
            </w:r>
          </w:p>
        </w:tc>
        <w:tc>
          <w:tcPr>
            <w:tcW w:w="1725" w:type="dxa"/>
            <w:vAlign w:val="center"/>
          </w:tcPr>
          <w:p w14:paraId="5C8835ED" w14:textId="77777777" w:rsidR="00256AE3" w:rsidRPr="00B96BEB" w:rsidRDefault="00000000">
            <w:pPr>
              <w:rPr>
                <w:sz w:val="20"/>
                <w:szCs w:val="20"/>
              </w:rPr>
            </w:pPr>
            <w:r w:rsidRPr="00B96BEB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256AE3" w:rsidRPr="00B96BEB" w14:paraId="2756A26E" w14:textId="77777777">
        <w:tc>
          <w:tcPr>
            <w:tcW w:w="1726" w:type="dxa"/>
            <w:vAlign w:val="center"/>
          </w:tcPr>
          <w:p w14:paraId="6A72510E" w14:textId="77777777" w:rsidR="00256AE3" w:rsidRPr="00B96BEB" w:rsidRDefault="00000000">
            <w:pPr>
              <w:rPr>
                <w:sz w:val="20"/>
                <w:szCs w:val="20"/>
              </w:rPr>
            </w:pPr>
            <w:r w:rsidRPr="00B96BEB">
              <w:rPr>
                <w:rFonts w:ascii="Arial" w:hAnsi="Arial"/>
                <w:sz w:val="14"/>
                <w:szCs w:val="20"/>
              </w:rPr>
              <w:t>Damaged buzzer, housing or display</w:t>
            </w:r>
          </w:p>
        </w:tc>
        <w:tc>
          <w:tcPr>
            <w:tcW w:w="1728" w:type="dxa"/>
            <w:vAlign w:val="center"/>
          </w:tcPr>
          <w:p w14:paraId="3E9C7F3F" w14:textId="77777777" w:rsidR="00256AE3" w:rsidRPr="00B96BEB" w:rsidRDefault="00000000">
            <w:pPr>
              <w:rPr>
                <w:sz w:val="20"/>
                <w:szCs w:val="20"/>
              </w:rPr>
            </w:pPr>
            <w:r w:rsidRPr="00B96BEB">
              <w:rPr>
                <w:rFonts w:ascii="Arial" w:hAnsi="Arial"/>
                <w:sz w:val="14"/>
                <w:szCs w:val="20"/>
              </w:rPr>
              <w:t>All</w:t>
            </w:r>
          </w:p>
        </w:tc>
        <w:tc>
          <w:tcPr>
            <w:tcW w:w="1725" w:type="dxa"/>
            <w:vAlign w:val="center"/>
          </w:tcPr>
          <w:p w14:paraId="14CA62B7" w14:textId="77777777" w:rsidR="00256AE3" w:rsidRPr="00B96BEB" w:rsidRDefault="00000000">
            <w:pPr>
              <w:rPr>
                <w:sz w:val="20"/>
                <w:szCs w:val="20"/>
              </w:rPr>
            </w:pPr>
            <w:r w:rsidRPr="00B96BEB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3339BD41" w14:textId="77777777" w:rsidR="00256AE3" w:rsidRPr="00B96BEB" w:rsidRDefault="00000000">
            <w:pPr>
              <w:rPr>
                <w:sz w:val="20"/>
                <w:szCs w:val="20"/>
              </w:rPr>
            </w:pPr>
            <w:r w:rsidRPr="00B96BEB">
              <w:rPr>
                <w:rFonts w:ascii="Arial" w:hAnsi="Arial"/>
                <w:sz w:val="14"/>
                <w:szCs w:val="20"/>
              </w:rPr>
              <w:t>Inspect the buzzer, housing, display and associated components before each session; remove damaged equipment from use.</w:t>
            </w:r>
          </w:p>
        </w:tc>
        <w:tc>
          <w:tcPr>
            <w:tcW w:w="1725" w:type="dxa"/>
            <w:vAlign w:val="center"/>
          </w:tcPr>
          <w:p w14:paraId="491E37FC" w14:textId="77777777" w:rsidR="00256AE3" w:rsidRPr="00B96BEB" w:rsidRDefault="00000000">
            <w:pPr>
              <w:rPr>
                <w:sz w:val="20"/>
                <w:szCs w:val="20"/>
              </w:rPr>
            </w:pPr>
            <w:r w:rsidRPr="00B96BEB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256AE3" w:rsidRPr="00B96BEB" w14:paraId="5D1BBAD3" w14:textId="77777777">
        <w:tc>
          <w:tcPr>
            <w:tcW w:w="1726" w:type="dxa"/>
            <w:vAlign w:val="center"/>
          </w:tcPr>
          <w:p w14:paraId="41A20E4F" w14:textId="77777777" w:rsidR="00256AE3" w:rsidRPr="00B96BEB" w:rsidRDefault="00000000">
            <w:pPr>
              <w:rPr>
                <w:sz w:val="20"/>
                <w:szCs w:val="20"/>
              </w:rPr>
            </w:pPr>
            <w:r w:rsidRPr="00B96BEB">
              <w:rPr>
                <w:rFonts w:ascii="Arial" w:hAnsi="Arial"/>
                <w:sz w:val="14"/>
                <w:szCs w:val="20"/>
              </w:rPr>
              <w:t>Incorrect use / deliberate misuse</w:t>
            </w:r>
          </w:p>
        </w:tc>
        <w:tc>
          <w:tcPr>
            <w:tcW w:w="1728" w:type="dxa"/>
            <w:vAlign w:val="center"/>
          </w:tcPr>
          <w:p w14:paraId="010BB6F5" w14:textId="77777777" w:rsidR="00256AE3" w:rsidRPr="00B96BEB" w:rsidRDefault="00000000">
            <w:pPr>
              <w:rPr>
                <w:sz w:val="20"/>
                <w:szCs w:val="20"/>
              </w:rPr>
            </w:pPr>
            <w:r w:rsidRPr="00B96BEB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397688B5" w14:textId="77777777" w:rsidR="00256AE3" w:rsidRPr="00B96BEB" w:rsidRDefault="00000000">
            <w:pPr>
              <w:rPr>
                <w:sz w:val="20"/>
                <w:szCs w:val="20"/>
              </w:rPr>
            </w:pPr>
            <w:r w:rsidRPr="00B96BEB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136747F9" w14:textId="77777777" w:rsidR="00256AE3" w:rsidRPr="00B96BEB" w:rsidRDefault="00000000">
            <w:pPr>
              <w:rPr>
                <w:sz w:val="20"/>
                <w:szCs w:val="20"/>
              </w:rPr>
            </w:pPr>
            <w:r w:rsidRPr="00B96BEB">
              <w:rPr>
                <w:rFonts w:ascii="Arial" w:hAnsi="Arial"/>
                <w:sz w:val="14"/>
                <w:szCs w:val="20"/>
              </w:rPr>
              <w:t>Give a clear demonstration and safety briefing; prohibit striking, kicking, climbing on or tampering with the equipment.</w:t>
            </w:r>
          </w:p>
        </w:tc>
        <w:tc>
          <w:tcPr>
            <w:tcW w:w="1725" w:type="dxa"/>
            <w:vAlign w:val="center"/>
          </w:tcPr>
          <w:p w14:paraId="7C40CD95" w14:textId="77777777" w:rsidR="00256AE3" w:rsidRPr="00B96BEB" w:rsidRDefault="00000000">
            <w:pPr>
              <w:rPr>
                <w:sz w:val="20"/>
                <w:szCs w:val="20"/>
              </w:rPr>
            </w:pPr>
            <w:r w:rsidRPr="00B96BEB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256AE3" w:rsidRPr="00B96BEB" w14:paraId="70C92949" w14:textId="77777777">
        <w:tc>
          <w:tcPr>
            <w:tcW w:w="1726" w:type="dxa"/>
            <w:vAlign w:val="center"/>
          </w:tcPr>
          <w:p w14:paraId="0BDB077F" w14:textId="77777777" w:rsidR="00256AE3" w:rsidRPr="00B96BEB" w:rsidRDefault="00000000">
            <w:pPr>
              <w:rPr>
                <w:sz w:val="20"/>
                <w:szCs w:val="20"/>
              </w:rPr>
            </w:pPr>
            <w:r w:rsidRPr="00B96BEB">
              <w:rPr>
                <w:rFonts w:ascii="Arial" w:hAnsi="Arial"/>
                <w:sz w:val="14"/>
                <w:szCs w:val="20"/>
              </w:rPr>
              <w:t>Competitive behaviour / participant collision</w:t>
            </w:r>
          </w:p>
        </w:tc>
        <w:tc>
          <w:tcPr>
            <w:tcW w:w="1728" w:type="dxa"/>
            <w:vAlign w:val="center"/>
          </w:tcPr>
          <w:p w14:paraId="6CBB5A9E" w14:textId="77777777" w:rsidR="00256AE3" w:rsidRPr="00B96BEB" w:rsidRDefault="00000000">
            <w:pPr>
              <w:rPr>
                <w:sz w:val="20"/>
                <w:szCs w:val="20"/>
              </w:rPr>
            </w:pPr>
            <w:r w:rsidRPr="00B96BEB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6A90442D" w14:textId="77777777" w:rsidR="00256AE3" w:rsidRPr="00B96BEB" w:rsidRDefault="00000000">
            <w:pPr>
              <w:rPr>
                <w:sz w:val="20"/>
                <w:szCs w:val="20"/>
              </w:rPr>
            </w:pPr>
            <w:r w:rsidRPr="00B96BEB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3B945807" w14:textId="77777777" w:rsidR="00256AE3" w:rsidRPr="00B96BEB" w:rsidRDefault="00000000">
            <w:pPr>
              <w:rPr>
                <w:sz w:val="20"/>
                <w:szCs w:val="20"/>
              </w:rPr>
            </w:pPr>
            <w:r w:rsidRPr="00B96BEB">
              <w:rPr>
                <w:rFonts w:ascii="Arial" w:hAnsi="Arial"/>
                <w:sz w:val="14"/>
                <w:szCs w:val="20"/>
              </w:rPr>
              <w:t>Set clear rules before play; control player positions and movement; prohibit pushing or unsafe behaviour; supervise continuously.</w:t>
            </w:r>
          </w:p>
        </w:tc>
        <w:tc>
          <w:tcPr>
            <w:tcW w:w="1725" w:type="dxa"/>
            <w:vAlign w:val="center"/>
          </w:tcPr>
          <w:p w14:paraId="4501CAAD" w14:textId="77777777" w:rsidR="00256AE3" w:rsidRPr="00B96BEB" w:rsidRDefault="00000000">
            <w:pPr>
              <w:rPr>
                <w:sz w:val="20"/>
                <w:szCs w:val="20"/>
              </w:rPr>
            </w:pPr>
            <w:r w:rsidRPr="00B96BEB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256AE3" w:rsidRPr="00B96BEB" w14:paraId="6D2B019B" w14:textId="77777777">
        <w:tc>
          <w:tcPr>
            <w:tcW w:w="1726" w:type="dxa"/>
            <w:vAlign w:val="center"/>
          </w:tcPr>
          <w:p w14:paraId="7041B892" w14:textId="77777777" w:rsidR="00256AE3" w:rsidRPr="00B96BEB" w:rsidRDefault="00000000">
            <w:pPr>
              <w:rPr>
                <w:sz w:val="20"/>
                <w:szCs w:val="20"/>
              </w:rPr>
            </w:pPr>
            <w:r w:rsidRPr="00B96BEB">
              <w:rPr>
                <w:rFonts w:ascii="Arial" w:hAnsi="Arial"/>
                <w:sz w:val="14"/>
                <w:szCs w:val="20"/>
              </w:rPr>
              <w:t>Overcrowding around game</w:t>
            </w:r>
          </w:p>
        </w:tc>
        <w:tc>
          <w:tcPr>
            <w:tcW w:w="1728" w:type="dxa"/>
            <w:vAlign w:val="center"/>
          </w:tcPr>
          <w:p w14:paraId="2452BE57" w14:textId="77777777" w:rsidR="00256AE3" w:rsidRPr="00B96BEB" w:rsidRDefault="00000000">
            <w:pPr>
              <w:rPr>
                <w:sz w:val="20"/>
                <w:szCs w:val="20"/>
              </w:rPr>
            </w:pPr>
            <w:r w:rsidRPr="00B96BEB">
              <w:rPr>
                <w:rFonts w:ascii="Arial" w:hAnsi="Arial"/>
                <w:sz w:val="14"/>
                <w:szCs w:val="20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155CC87B" w14:textId="77777777" w:rsidR="00256AE3" w:rsidRPr="00B96BEB" w:rsidRDefault="00000000">
            <w:pPr>
              <w:rPr>
                <w:sz w:val="20"/>
                <w:szCs w:val="20"/>
              </w:rPr>
            </w:pPr>
            <w:r w:rsidRPr="00B96BEB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2383C4FE" w14:textId="77777777" w:rsidR="00256AE3" w:rsidRPr="00B96BEB" w:rsidRDefault="00000000">
            <w:pPr>
              <w:rPr>
                <w:sz w:val="20"/>
                <w:szCs w:val="20"/>
              </w:rPr>
            </w:pPr>
            <w:r w:rsidRPr="00B96BEB">
              <w:rPr>
                <w:rFonts w:ascii="Arial" w:hAnsi="Arial"/>
                <w:sz w:val="14"/>
                <w:szCs w:val="20"/>
              </w:rPr>
              <w:t>Control player numbers and queues; maintain a clear operating and spectator area.</w:t>
            </w:r>
          </w:p>
        </w:tc>
        <w:tc>
          <w:tcPr>
            <w:tcW w:w="1725" w:type="dxa"/>
            <w:vAlign w:val="center"/>
          </w:tcPr>
          <w:p w14:paraId="1129017E" w14:textId="77777777" w:rsidR="00256AE3" w:rsidRPr="00B96BEB" w:rsidRDefault="00000000">
            <w:pPr>
              <w:rPr>
                <w:sz w:val="20"/>
                <w:szCs w:val="20"/>
              </w:rPr>
            </w:pPr>
            <w:r w:rsidRPr="00B96BEB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256AE3" w:rsidRPr="00B96BEB" w14:paraId="2B576788" w14:textId="77777777">
        <w:tc>
          <w:tcPr>
            <w:tcW w:w="1726" w:type="dxa"/>
            <w:vAlign w:val="center"/>
          </w:tcPr>
          <w:p w14:paraId="25E99869" w14:textId="77777777" w:rsidR="00256AE3" w:rsidRPr="00B96BEB" w:rsidRDefault="00000000">
            <w:pPr>
              <w:rPr>
                <w:sz w:val="20"/>
                <w:szCs w:val="20"/>
              </w:rPr>
            </w:pPr>
            <w:r w:rsidRPr="00B96BEB">
              <w:rPr>
                <w:rFonts w:ascii="Arial" w:hAnsi="Arial"/>
                <w:sz w:val="14"/>
                <w:szCs w:val="20"/>
              </w:rPr>
              <w:t>Spectators interfering with controls</w:t>
            </w:r>
          </w:p>
        </w:tc>
        <w:tc>
          <w:tcPr>
            <w:tcW w:w="1728" w:type="dxa"/>
            <w:vAlign w:val="center"/>
          </w:tcPr>
          <w:p w14:paraId="0D88CCCA" w14:textId="77777777" w:rsidR="00256AE3" w:rsidRPr="00B96BEB" w:rsidRDefault="00000000">
            <w:pPr>
              <w:rPr>
                <w:sz w:val="20"/>
                <w:szCs w:val="20"/>
              </w:rPr>
            </w:pPr>
            <w:r w:rsidRPr="00B96BEB">
              <w:rPr>
                <w:rFonts w:ascii="Arial" w:hAnsi="Arial"/>
                <w:sz w:val="14"/>
                <w:szCs w:val="20"/>
              </w:rPr>
              <w:t>Public</w:t>
            </w:r>
          </w:p>
        </w:tc>
        <w:tc>
          <w:tcPr>
            <w:tcW w:w="1725" w:type="dxa"/>
            <w:vAlign w:val="center"/>
          </w:tcPr>
          <w:p w14:paraId="54251049" w14:textId="77777777" w:rsidR="00256AE3" w:rsidRPr="00B96BEB" w:rsidRDefault="00000000">
            <w:pPr>
              <w:rPr>
                <w:sz w:val="20"/>
                <w:szCs w:val="20"/>
              </w:rPr>
            </w:pPr>
            <w:r w:rsidRPr="00B96BEB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2CEEB57C" w14:textId="77777777" w:rsidR="00256AE3" w:rsidRPr="00B96BEB" w:rsidRDefault="00000000">
            <w:pPr>
              <w:rPr>
                <w:sz w:val="20"/>
                <w:szCs w:val="20"/>
              </w:rPr>
            </w:pPr>
            <w:r w:rsidRPr="00B96BEB">
              <w:rPr>
                <w:rFonts w:ascii="Arial" w:hAnsi="Arial"/>
                <w:sz w:val="14"/>
                <w:szCs w:val="20"/>
              </w:rPr>
              <w:t>Define the operating area and keep spectators clear of the buzzer and controls while the game is active.</w:t>
            </w:r>
          </w:p>
        </w:tc>
        <w:tc>
          <w:tcPr>
            <w:tcW w:w="1725" w:type="dxa"/>
            <w:vAlign w:val="center"/>
          </w:tcPr>
          <w:p w14:paraId="5CB51E47" w14:textId="77777777" w:rsidR="00256AE3" w:rsidRPr="00B96BEB" w:rsidRDefault="00000000">
            <w:pPr>
              <w:rPr>
                <w:sz w:val="20"/>
                <w:szCs w:val="20"/>
              </w:rPr>
            </w:pPr>
            <w:r w:rsidRPr="00B96BEB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256AE3" w:rsidRPr="00B96BEB" w14:paraId="43B06B3F" w14:textId="77777777">
        <w:tc>
          <w:tcPr>
            <w:tcW w:w="1726" w:type="dxa"/>
            <w:vAlign w:val="center"/>
          </w:tcPr>
          <w:p w14:paraId="532B88CC" w14:textId="77777777" w:rsidR="00256AE3" w:rsidRPr="00B96BEB" w:rsidRDefault="00000000">
            <w:pPr>
              <w:rPr>
                <w:sz w:val="20"/>
                <w:szCs w:val="20"/>
              </w:rPr>
            </w:pPr>
            <w:r w:rsidRPr="00B96BEB">
              <w:rPr>
                <w:rFonts w:ascii="Arial" w:hAnsi="Arial"/>
                <w:sz w:val="14"/>
                <w:szCs w:val="20"/>
              </w:rPr>
              <w:t>Slips or falls</w:t>
            </w:r>
          </w:p>
        </w:tc>
        <w:tc>
          <w:tcPr>
            <w:tcW w:w="1728" w:type="dxa"/>
            <w:vAlign w:val="center"/>
          </w:tcPr>
          <w:p w14:paraId="482BE362" w14:textId="77777777" w:rsidR="00256AE3" w:rsidRPr="00B96BEB" w:rsidRDefault="00000000">
            <w:pPr>
              <w:rPr>
                <w:sz w:val="20"/>
                <w:szCs w:val="20"/>
              </w:rPr>
            </w:pPr>
            <w:r w:rsidRPr="00B96BEB">
              <w:rPr>
                <w:rFonts w:ascii="Arial" w:hAnsi="Arial"/>
                <w:sz w:val="14"/>
                <w:szCs w:val="20"/>
              </w:rPr>
              <w:t>All</w:t>
            </w:r>
          </w:p>
        </w:tc>
        <w:tc>
          <w:tcPr>
            <w:tcW w:w="1725" w:type="dxa"/>
            <w:vAlign w:val="center"/>
          </w:tcPr>
          <w:p w14:paraId="56BF084F" w14:textId="77777777" w:rsidR="00256AE3" w:rsidRPr="00B96BEB" w:rsidRDefault="00000000">
            <w:pPr>
              <w:rPr>
                <w:sz w:val="20"/>
                <w:szCs w:val="20"/>
              </w:rPr>
            </w:pPr>
            <w:r w:rsidRPr="00B96BEB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79AE9324" w14:textId="77777777" w:rsidR="00256AE3" w:rsidRPr="00B96BEB" w:rsidRDefault="00000000">
            <w:pPr>
              <w:rPr>
                <w:sz w:val="20"/>
                <w:szCs w:val="20"/>
              </w:rPr>
            </w:pPr>
            <w:r w:rsidRPr="00B96BEB">
              <w:rPr>
                <w:rFonts w:ascii="Arial" w:hAnsi="Arial"/>
                <w:sz w:val="14"/>
                <w:szCs w:val="20"/>
              </w:rPr>
              <w:t xml:space="preserve">Operate on a clean, dry and level surface; keep the surrounding floor </w:t>
            </w:r>
            <w:r w:rsidRPr="00B96BEB">
              <w:rPr>
                <w:rFonts w:ascii="Arial" w:hAnsi="Arial"/>
                <w:sz w:val="14"/>
                <w:szCs w:val="20"/>
              </w:rPr>
              <w:lastRenderedPageBreak/>
              <w:t>clear of loose objects and trip hazards.</w:t>
            </w:r>
          </w:p>
        </w:tc>
        <w:tc>
          <w:tcPr>
            <w:tcW w:w="1725" w:type="dxa"/>
            <w:vAlign w:val="center"/>
          </w:tcPr>
          <w:p w14:paraId="394FC11E" w14:textId="77777777" w:rsidR="00256AE3" w:rsidRPr="00B96BEB" w:rsidRDefault="00000000">
            <w:pPr>
              <w:rPr>
                <w:sz w:val="20"/>
                <w:szCs w:val="20"/>
              </w:rPr>
            </w:pPr>
            <w:r w:rsidRPr="00B96BEB">
              <w:rPr>
                <w:rFonts w:ascii="Arial" w:hAnsi="Arial"/>
                <w:sz w:val="14"/>
                <w:szCs w:val="20"/>
              </w:rPr>
              <w:lastRenderedPageBreak/>
              <w:t>Low</w:t>
            </w:r>
          </w:p>
        </w:tc>
      </w:tr>
      <w:tr w:rsidR="00256AE3" w:rsidRPr="00B96BEB" w14:paraId="1F900215" w14:textId="77777777">
        <w:tc>
          <w:tcPr>
            <w:tcW w:w="1726" w:type="dxa"/>
            <w:vAlign w:val="center"/>
          </w:tcPr>
          <w:p w14:paraId="620F3770" w14:textId="77777777" w:rsidR="00256AE3" w:rsidRPr="00B96BEB" w:rsidRDefault="00000000">
            <w:pPr>
              <w:rPr>
                <w:sz w:val="20"/>
                <w:szCs w:val="20"/>
              </w:rPr>
            </w:pPr>
            <w:r w:rsidRPr="00B96BEB">
              <w:rPr>
                <w:rFonts w:ascii="Arial" w:hAnsi="Arial"/>
                <w:sz w:val="14"/>
                <w:szCs w:val="20"/>
              </w:rPr>
              <w:t>Poor lighting / visibility</w:t>
            </w:r>
          </w:p>
        </w:tc>
        <w:tc>
          <w:tcPr>
            <w:tcW w:w="1728" w:type="dxa"/>
            <w:vAlign w:val="center"/>
          </w:tcPr>
          <w:p w14:paraId="7CCE9E92" w14:textId="77777777" w:rsidR="00256AE3" w:rsidRPr="00B96BEB" w:rsidRDefault="00000000">
            <w:pPr>
              <w:rPr>
                <w:sz w:val="20"/>
                <w:szCs w:val="20"/>
              </w:rPr>
            </w:pPr>
            <w:r w:rsidRPr="00B96BEB">
              <w:rPr>
                <w:rFonts w:ascii="Arial" w:hAnsi="Arial"/>
                <w:sz w:val="14"/>
                <w:szCs w:val="20"/>
              </w:rPr>
              <w:t>Participants/Staff</w:t>
            </w:r>
          </w:p>
        </w:tc>
        <w:tc>
          <w:tcPr>
            <w:tcW w:w="1725" w:type="dxa"/>
            <w:vAlign w:val="center"/>
          </w:tcPr>
          <w:p w14:paraId="1DA653E8" w14:textId="77777777" w:rsidR="00256AE3" w:rsidRPr="00B96BEB" w:rsidRDefault="00000000">
            <w:pPr>
              <w:rPr>
                <w:sz w:val="20"/>
                <w:szCs w:val="20"/>
              </w:rPr>
            </w:pPr>
            <w:r w:rsidRPr="00B96BEB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10EDB158" w14:textId="77777777" w:rsidR="00256AE3" w:rsidRPr="00B96BEB" w:rsidRDefault="00000000">
            <w:pPr>
              <w:rPr>
                <w:sz w:val="20"/>
                <w:szCs w:val="20"/>
              </w:rPr>
            </w:pPr>
            <w:r w:rsidRPr="00B96BEB">
              <w:rPr>
                <w:rFonts w:ascii="Arial" w:hAnsi="Arial"/>
                <w:sz w:val="14"/>
                <w:szCs w:val="20"/>
              </w:rPr>
              <w:t>Provide adequate lighting so the buzzer, display, cables and surrounding hazards are clearly visible.</w:t>
            </w:r>
          </w:p>
        </w:tc>
        <w:tc>
          <w:tcPr>
            <w:tcW w:w="1725" w:type="dxa"/>
            <w:vAlign w:val="center"/>
          </w:tcPr>
          <w:p w14:paraId="09B92A14" w14:textId="77777777" w:rsidR="00256AE3" w:rsidRPr="00B96BEB" w:rsidRDefault="00000000">
            <w:pPr>
              <w:rPr>
                <w:sz w:val="20"/>
                <w:szCs w:val="20"/>
              </w:rPr>
            </w:pPr>
            <w:r w:rsidRPr="00B96BEB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256AE3" w:rsidRPr="00B96BEB" w14:paraId="5E2C3A7F" w14:textId="77777777">
        <w:tc>
          <w:tcPr>
            <w:tcW w:w="1726" w:type="dxa"/>
            <w:vAlign w:val="center"/>
          </w:tcPr>
          <w:p w14:paraId="72AC97AC" w14:textId="77777777" w:rsidR="00256AE3" w:rsidRPr="00B96BEB" w:rsidRDefault="00000000">
            <w:pPr>
              <w:rPr>
                <w:sz w:val="20"/>
                <w:szCs w:val="20"/>
              </w:rPr>
            </w:pPr>
            <w:r w:rsidRPr="00B96BEB">
              <w:rPr>
                <w:rFonts w:ascii="Arial" w:hAnsi="Arial"/>
                <w:sz w:val="14"/>
                <w:szCs w:val="20"/>
              </w:rPr>
              <w:t>Unsuitable participant age / ability</w:t>
            </w:r>
          </w:p>
        </w:tc>
        <w:tc>
          <w:tcPr>
            <w:tcW w:w="1728" w:type="dxa"/>
            <w:vAlign w:val="center"/>
          </w:tcPr>
          <w:p w14:paraId="62439C97" w14:textId="77777777" w:rsidR="00256AE3" w:rsidRPr="00B96BEB" w:rsidRDefault="00000000">
            <w:pPr>
              <w:rPr>
                <w:sz w:val="20"/>
                <w:szCs w:val="20"/>
              </w:rPr>
            </w:pPr>
            <w:r w:rsidRPr="00B96BEB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56DB377A" w14:textId="77777777" w:rsidR="00256AE3" w:rsidRPr="00B96BEB" w:rsidRDefault="00000000">
            <w:pPr>
              <w:rPr>
                <w:sz w:val="20"/>
                <w:szCs w:val="20"/>
              </w:rPr>
            </w:pPr>
            <w:r w:rsidRPr="00B96BEB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32EC2F5E" w14:textId="77777777" w:rsidR="00256AE3" w:rsidRPr="00B96BEB" w:rsidRDefault="00000000">
            <w:pPr>
              <w:rPr>
                <w:sz w:val="20"/>
                <w:szCs w:val="20"/>
              </w:rPr>
            </w:pPr>
            <w:r w:rsidRPr="00B96BEB">
              <w:rPr>
                <w:rFonts w:ascii="Arial" w:hAnsi="Arial"/>
                <w:sz w:val="14"/>
                <w:szCs w:val="20"/>
              </w:rPr>
              <w:t>Follow manufacturer or event guidance where available; provide clear instructions and appropriate supervision, particularly for children.</w:t>
            </w:r>
          </w:p>
        </w:tc>
        <w:tc>
          <w:tcPr>
            <w:tcW w:w="1725" w:type="dxa"/>
            <w:vAlign w:val="center"/>
          </w:tcPr>
          <w:p w14:paraId="29E20024" w14:textId="77777777" w:rsidR="00256AE3" w:rsidRPr="00B96BEB" w:rsidRDefault="00000000">
            <w:pPr>
              <w:rPr>
                <w:sz w:val="20"/>
                <w:szCs w:val="20"/>
              </w:rPr>
            </w:pPr>
            <w:r w:rsidRPr="00B96BEB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256AE3" w:rsidRPr="00B96BEB" w14:paraId="6792D414" w14:textId="77777777">
        <w:tc>
          <w:tcPr>
            <w:tcW w:w="1726" w:type="dxa"/>
            <w:vAlign w:val="center"/>
          </w:tcPr>
          <w:p w14:paraId="61CCF6AC" w14:textId="77777777" w:rsidR="00256AE3" w:rsidRPr="00B96BEB" w:rsidRDefault="00000000">
            <w:pPr>
              <w:rPr>
                <w:sz w:val="20"/>
                <w:szCs w:val="20"/>
              </w:rPr>
            </w:pPr>
            <w:r w:rsidRPr="00B96BEB">
              <w:rPr>
                <w:rFonts w:ascii="Arial" w:hAnsi="Arial"/>
                <w:sz w:val="14"/>
                <w:szCs w:val="20"/>
              </w:rPr>
              <w:t>Emergency access obstructed</w:t>
            </w:r>
          </w:p>
        </w:tc>
        <w:tc>
          <w:tcPr>
            <w:tcW w:w="1728" w:type="dxa"/>
            <w:vAlign w:val="center"/>
          </w:tcPr>
          <w:p w14:paraId="0F200AD7" w14:textId="77777777" w:rsidR="00256AE3" w:rsidRPr="00B96BEB" w:rsidRDefault="00000000">
            <w:pPr>
              <w:rPr>
                <w:sz w:val="20"/>
                <w:szCs w:val="20"/>
              </w:rPr>
            </w:pPr>
            <w:r w:rsidRPr="00B96BEB">
              <w:rPr>
                <w:rFonts w:ascii="Arial" w:hAnsi="Arial"/>
                <w:sz w:val="14"/>
                <w:szCs w:val="20"/>
              </w:rPr>
              <w:t>All</w:t>
            </w:r>
          </w:p>
        </w:tc>
        <w:tc>
          <w:tcPr>
            <w:tcW w:w="1725" w:type="dxa"/>
            <w:vAlign w:val="center"/>
          </w:tcPr>
          <w:p w14:paraId="5B4C923A" w14:textId="77777777" w:rsidR="00256AE3" w:rsidRPr="00B96BEB" w:rsidRDefault="00000000">
            <w:pPr>
              <w:rPr>
                <w:sz w:val="20"/>
                <w:szCs w:val="20"/>
              </w:rPr>
            </w:pPr>
            <w:r w:rsidRPr="00B96BEB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239296C9" w14:textId="77777777" w:rsidR="00256AE3" w:rsidRPr="00B96BEB" w:rsidRDefault="00000000">
            <w:pPr>
              <w:rPr>
                <w:sz w:val="20"/>
                <w:szCs w:val="20"/>
              </w:rPr>
            </w:pPr>
            <w:r w:rsidRPr="00B96BEB">
              <w:rPr>
                <w:rFonts w:ascii="Arial" w:hAnsi="Arial"/>
                <w:sz w:val="14"/>
                <w:szCs w:val="20"/>
              </w:rPr>
              <w:t>Position the game so emergency routes, exits and venue access remain clear at all times.</w:t>
            </w:r>
          </w:p>
        </w:tc>
        <w:tc>
          <w:tcPr>
            <w:tcW w:w="1725" w:type="dxa"/>
            <w:vAlign w:val="center"/>
          </w:tcPr>
          <w:p w14:paraId="49AF5D15" w14:textId="77777777" w:rsidR="00256AE3" w:rsidRPr="00B96BEB" w:rsidRDefault="00000000">
            <w:pPr>
              <w:rPr>
                <w:sz w:val="20"/>
                <w:szCs w:val="20"/>
              </w:rPr>
            </w:pPr>
            <w:r w:rsidRPr="00B96BEB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256AE3" w:rsidRPr="00B96BEB" w14:paraId="57F273E7" w14:textId="77777777">
        <w:tc>
          <w:tcPr>
            <w:tcW w:w="1726" w:type="dxa"/>
            <w:vAlign w:val="center"/>
          </w:tcPr>
          <w:p w14:paraId="06DF0139" w14:textId="77777777" w:rsidR="00256AE3" w:rsidRPr="00B96BEB" w:rsidRDefault="00000000">
            <w:pPr>
              <w:rPr>
                <w:sz w:val="20"/>
                <w:szCs w:val="20"/>
              </w:rPr>
            </w:pPr>
            <w:r w:rsidRPr="00B96BEB">
              <w:rPr>
                <w:rFonts w:ascii="Arial" w:hAnsi="Arial"/>
                <w:sz w:val="14"/>
                <w:szCs w:val="20"/>
              </w:rPr>
              <w:t>Participant frustration or overexertion</w:t>
            </w:r>
          </w:p>
        </w:tc>
        <w:tc>
          <w:tcPr>
            <w:tcW w:w="1728" w:type="dxa"/>
            <w:vAlign w:val="center"/>
          </w:tcPr>
          <w:p w14:paraId="343EA825" w14:textId="77777777" w:rsidR="00256AE3" w:rsidRPr="00B96BEB" w:rsidRDefault="00000000">
            <w:pPr>
              <w:rPr>
                <w:sz w:val="20"/>
                <w:szCs w:val="20"/>
              </w:rPr>
            </w:pPr>
            <w:r w:rsidRPr="00B96BEB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62C5755F" w14:textId="77777777" w:rsidR="00256AE3" w:rsidRPr="00B96BEB" w:rsidRDefault="00000000">
            <w:pPr>
              <w:rPr>
                <w:sz w:val="20"/>
                <w:szCs w:val="20"/>
              </w:rPr>
            </w:pPr>
            <w:r w:rsidRPr="00B96BEB">
              <w:rPr>
                <w:rFonts w:ascii="Arial" w:hAnsi="Arial"/>
                <w:sz w:val="14"/>
                <w:szCs w:val="20"/>
              </w:rPr>
              <w:t>Low</w:t>
            </w:r>
          </w:p>
        </w:tc>
        <w:tc>
          <w:tcPr>
            <w:tcW w:w="1726" w:type="dxa"/>
            <w:vAlign w:val="center"/>
          </w:tcPr>
          <w:p w14:paraId="4C34A6DC" w14:textId="77777777" w:rsidR="00256AE3" w:rsidRPr="00B96BEB" w:rsidRDefault="00000000">
            <w:pPr>
              <w:rPr>
                <w:sz w:val="20"/>
                <w:szCs w:val="20"/>
              </w:rPr>
            </w:pPr>
            <w:r w:rsidRPr="00B96BEB">
              <w:rPr>
                <w:rFonts w:ascii="Arial" w:hAnsi="Arial"/>
                <w:sz w:val="14"/>
                <w:szCs w:val="20"/>
              </w:rPr>
              <w:t>Keep play controlled; allow reasonable breaks; stop activity if a participant becomes distressed, fatigued or unwell.</w:t>
            </w:r>
          </w:p>
        </w:tc>
        <w:tc>
          <w:tcPr>
            <w:tcW w:w="1725" w:type="dxa"/>
            <w:vAlign w:val="center"/>
          </w:tcPr>
          <w:p w14:paraId="1AF22E99" w14:textId="77777777" w:rsidR="00256AE3" w:rsidRPr="00B96BEB" w:rsidRDefault="00000000">
            <w:pPr>
              <w:rPr>
                <w:sz w:val="20"/>
                <w:szCs w:val="20"/>
              </w:rPr>
            </w:pPr>
            <w:r w:rsidRPr="00B96BEB">
              <w:rPr>
                <w:rFonts w:ascii="Arial" w:hAnsi="Arial"/>
                <w:sz w:val="14"/>
                <w:szCs w:val="20"/>
              </w:rPr>
              <w:t>Low</w:t>
            </w:r>
          </w:p>
        </w:tc>
      </w:tr>
    </w:tbl>
    <w:p w14:paraId="0B555A56" w14:textId="77777777" w:rsidR="009D4065" w:rsidRPr="00B96BEB" w:rsidRDefault="00000000">
      <w:pPr>
        <w:pStyle w:val="Heading2"/>
        <w:rPr>
          <w:sz w:val="16"/>
          <w:szCs w:val="16"/>
        </w:rPr>
      </w:pPr>
      <w:r w:rsidRPr="00B96BEB">
        <w:rPr>
          <w:sz w:val="16"/>
          <w:szCs w:val="16"/>
        </w:rPr>
        <w:t>Operational Controls</w:t>
      </w:r>
    </w:p>
    <w:p w14:paraId="64773A8E" w14:textId="77777777" w:rsidR="009D4065" w:rsidRPr="00B96BEB" w:rsidRDefault="00000000">
      <w:pPr>
        <w:pStyle w:val="ListBullet"/>
        <w:rPr>
          <w:sz w:val="12"/>
          <w:szCs w:val="12"/>
        </w:rPr>
      </w:pPr>
      <w:r w:rsidRPr="00B96BEB">
        <w:rPr>
          <w:sz w:val="20"/>
          <w:szCs w:val="20"/>
        </w:rPr>
        <w:t> Set up on a suitable, stable and level surface with adequate clearance around the Mega Buzzer.</w:t>
      </w:r>
    </w:p>
    <w:p w14:paraId="4D0E44F5" w14:textId="77777777" w:rsidR="009D4065" w:rsidRPr="00B96BEB" w:rsidRDefault="00000000">
      <w:pPr>
        <w:pStyle w:val="ListBullet"/>
        <w:rPr>
          <w:sz w:val="12"/>
          <w:szCs w:val="12"/>
        </w:rPr>
      </w:pPr>
      <w:r w:rsidRPr="00B96BEB">
        <w:rPr>
          <w:sz w:val="20"/>
          <w:szCs w:val="20"/>
        </w:rPr>
        <w:t> Give participants a clear safety briefing covering correct use of the buzzer, game rules and prohibited behaviour.</w:t>
      </w:r>
    </w:p>
    <w:p w14:paraId="37785002" w14:textId="77777777" w:rsidR="009D4065" w:rsidRPr="00B96BEB" w:rsidRDefault="00000000">
      <w:pPr>
        <w:pStyle w:val="ListBullet"/>
        <w:rPr>
          <w:sz w:val="12"/>
          <w:szCs w:val="12"/>
        </w:rPr>
      </w:pPr>
      <w:r w:rsidRPr="00B96BEB">
        <w:rPr>
          <w:sz w:val="20"/>
          <w:szCs w:val="20"/>
        </w:rPr>
        <w:t> Maintain continuous supervision and control player numbers, positions and queues.</w:t>
      </w:r>
    </w:p>
    <w:p w14:paraId="1DA230E0" w14:textId="77777777" w:rsidR="009D4065" w:rsidRPr="00B96BEB" w:rsidRDefault="00000000">
      <w:pPr>
        <w:pStyle w:val="ListBullet"/>
        <w:rPr>
          <w:sz w:val="12"/>
          <w:szCs w:val="12"/>
        </w:rPr>
      </w:pPr>
      <w:r w:rsidRPr="00B96BEB">
        <w:rPr>
          <w:sz w:val="20"/>
          <w:szCs w:val="20"/>
        </w:rPr>
        <w:t> Keep spectators outside the immediate operating area and prevent interference with the controls.</w:t>
      </w:r>
    </w:p>
    <w:p w14:paraId="7239B42C" w14:textId="77777777" w:rsidR="009D4065" w:rsidRPr="00B96BEB" w:rsidRDefault="00000000">
      <w:pPr>
        <w:pStyle w:val="ListBullet"/>
        <w:rPr>
          <w:sz w:val="12"/>
          <w:szCs w:val="12"/>
        </w:rPr>
      </w:pPr>
      <w:r w:rsidRPr="00B96BEB">
        <w:rPr>
          <w:sz w:val="20"/>
          <w:szCs w:val="20"/>
        </w:rPr>
        <w:t> Stop activity immediately if equipment becomes damaged, unsafe behaviour occurs, an electrical fault develops or the operating area becomes unsafe.</w:t>
      </w:r>
    </w:p>
    <w:p w14:paraId="2AC20208" w14:textId="77777777" w:rsidR="009D4065" w:rsidRPr="00B96BEB" w:rsidRDefault="00000000">
      <w:pPr>
        <w:pStyle w:val="Heading2"/>
        <w:rPr>
          <w:sz w:val="16"/>
          <w:szCs w:val="16"/>
        </w:rPr>
      </w:pPr>
      <w:r w:rsidRPr="00B96BEB">
        <w:rPr>
          <w:sz w:val="16"/>
          <w:szCs w:val="16"/>
        </w:rPr>
        <w:t>Emergency Procedures</w:t>
      </w:r>
    </w:p>
    <w:p w14:paraId="6FD4C518" w14:textId="77777777" w:rsidR="009D4065" w:rsidRPr="00B96BEB" w:rsidRDefault="00000000">
      <w:pPr>
        <w:pStyle w:val="ListBullet"/>
        <w:rPr>
          <w:sz w:val="12"/>
          <w:szCs w:val="12"/>
        </w:rPr>
      </w:pPr>
      <w:r w:rsidRPr="00B96BEB">
        <w:rPr>
          <w:sz w:val="20"/>
          <w:szCs w:val="20"/>
        </w:rPr>
        <w:t> Stop the Mega Buzzer immediately following any incident.</w:t>
      </w:r>
    </w:p>
    <w:p w14:paraId="509A21E7" w14:textId="77777777" w:rsidR="009D4065" w:rsidRPr="00B96BEB" w:rsidRDefault="00000000">
      <w:pPr>
        <w:pStyle w:val="ListBullet"/>
        <w:rPr>
          <w:sz w:val="12"/>
          <w:szCs w:val="12"/>
        </w:rPr>
      </w:pPr>
      <w:r w:rsidRPr="00B96BEB">
        <w:rPr>
          <w:sz w:val="20"/>
          <w:szCs w:val="20"/>
        </w:rPr>
        <w:t> Provide first aid where required and contact emergency services if necessary.</w:t>
      </w:r>
    </w:p>
    <w:p w14:paraId="4413823F" w14:textId="77777777" w:rsidR="009D4065" w:rsidRPr="00B96BEB" w:rsidRDefault="00000000">
      <w:pPr>
        <w:pStyle w:val="ListBullet"/>
        <w:rPr>
          <w:sz w:val="12"/>
          <w:szCs w:val="12"/>
        </w:rPr>
      </w:pPr>
      <w:r w:rsidRPr="00B96BEB">
        <w:rPr>
          <w:sz w:val="20"/>
          <w:szCs w:val="20"/>
        </w:rPr>
        <w:t> Isolate damaged or defective equipment and prevent further use.</w:t>
      </w:r>
    </w:p>
    <w:p w14:paraId="3B7870DF" w14:textId="77777777" w:rsidR="009D4065" w:rsidRPr="00B96BEB" w:rsidRDefault="00000000">
      <w:pPr>
        <w:pStyle w:val="ListBullet"/>
        <w:rPr>
          <w:sz w:val="12"/>
          <w:szCs w:val="12"/>
        </w:rPr>
      </w:pPr>
      <w:r w:rsidRPr="00B96BEB">
        <w:rPr>
          <w:sz w:val="20"/>
          <w:szCs w:val="20"/>
        </w:rPr>
        <w:t> Record all accidents and near misses.</w:t>
      </w:r>
    </w:p>
    <w:p w14:paraId="168EE784" w14:textId="77777777" w:rsidR="009D4065" w:rsidRPr="00B96BEB" w:rsidRDefault="00000000">
      <w:pPr>
        <w:pStyle w:val="Heading2"/>
        <w:rPr>
          <w:sz w:val="16"/>
          <w:szCs w:val="16"/>
        </w:rPr>
      </w:pPr>
      <w:r w:rsidRPr="00B96BEB">
        <w:rPr>
          <w:sz w:val="16"/>
          <w:szCs w:val="16"/>
        </w:rPr>
        <w:t>Inspection Checklist</w:t>
      </w:r>
    </w:p>
    <w:p w14:paraId="035477E4" w14:textId="77777777" w:rsidR="009D4065" w:rsidRPr="00B96BEB" w:rsidRDefault="00000000">
      <w:pPr>
        <w:pStyle w:val="ListBullet"/>
        <w:rPr>
          <w:sz w:val="12"/>
          <w:szCs w:val="12"/>
        </w:rPr>
      </w:pPr>
      <w:r w:rsidRPr="00B96BEB">
        <w:rPr>
          <w:sz w:val="20"/>
          <w:szCs w:val="20"/>
        </w:rPr>
        <w:t> Buzzer housing and game structure free from damage.</w:t>
      </w:r>
    </w:p>
    <w:p w14:paraId="5A881D80" w14:textId="77777777" w:rsidR="009D4065" w:rsidRPr="00B96BEB" w:rsidRDefault="00000000">
      <w:pPr>
        <w:pStyle w:val="ListBullet"/>
        <w:rPr>
          <w:sz w:val="12"/>
          <w:szCs w:val="12"/>
        </w:rPr>
      </w:pPr>
      <w:r w:rsidRPr="00B96BEB">
        <w:rPr>
          <w:sz w:val="20"/>
          <w:szCs w:val="20"/>
        </w:rPr>
        <w:t> Buzzer/control secure and functioning correctly.</w:t>
      </w:r>
    </w:p>
    <w:p w14:paraId="32E08FC5" w14:textId="77777777" w:rsidR="009D4065" w:rsidRPr="00B96BEB" w:rsidRDefault="00000000">
      <w:pPr>
        <w:pStyle w:val="ListBullet"/>
        <w:rPr>
          <w:sz w:val="12"/>
          <w:szCs w:val="12"/>
        </w:rPr>
      </w:pPr>
      <w:r w:rsidRPr="00B96BEB">
        <w:rPr>
          <w:sz w:val="20"/>
          <w:szCs w:val="20"/>
        </w:rPr>
        <w:t> Display, lights or sound functions operate correctly where fitted.</w:t>
      </w:r>
    </w:p>
    <w:p w14:paraId="6BF841FE" w14:textId="77777777" w:rsidR="009D4065" w:rsidRPr="00B96BEB" w:rsidRDefault="00000000">
      <w:pPr>
        <w:pStyle w:val="ListBullet"/>
        <w:rPr>
          <w:sz w:val="12"/>
          <w:szCs w:val="12"/>
        </w:rPr>
      </w:pPr>
      <w:r w:rsidRPr="00B96BEB">
        <w:rPr>
          <w:sz w:val="20"/>
          <w:szCs w:val="20"/>
        </w:rPr>
        <w:t> Electrical supply, plug and cables free from visible damage where applicable.</w:t>
      </w:r>
    </w:p>
    <w:p w14:paraId="2E08ADC7" w14:textId="77777777" w:rsidR="009D4065" w:rsidRPr="00B96BEB" w:rsidRDefault="00000000">
      <w:pPr>
        <w:pStyle w:val="ListBullet"/>
        <w:rPr>
          <w:sz w:val="12"/>
          <w:szCs w:val="12"/>
        </w:rPr>
      </w:pPr>
      <w:r w:rsidRPr="00B96BEB">
        <w:rPr>
          <w:sz w:val="20"/>
          <w:szCs w:val="20"/>
        </w:rPr>
        <w:t> Unit stable and securely positioned.</w:t>
      </w:r>
    </w:p>
    <w:p w14:paraId="1DFF728D" w14:textId="77777777" w:rsidR="009D4065" w:rsidRPr="00B96BEB" w:rsidRDefault="00000000">
      <w:pPr>
        <w:pStyle w:val="Heading2"/>
        <w:rPr>
          <w:sz w:val="16"/>
          <w:szCs w:val="16"/>
        </w:rPr>
      </w:pPr>
      <w:r w:rsidRPr="00B96BEB">
        <w:rPr>
          <w:sz w:val="16"/>
          <w:szCs w:val="16"/>
        </w:rPr>
        <w:t>Training Requirements</w:t>
      </w:r>
    </w:p>
    <w:p w14:paraId="6BDA5B18" w14:textId="77777777" w:rsidR="009D4065" w:rsidRPr="00B96BEB" w:rsidRDefault="00000000">
      <w:pPr>
        <w:pStyle w:val="ListBullet"/>
        <w:rPr>
          <w:sz w:val="12"/>
          <w:szCs w:val="12"/>
        </w:rPr>
      </w:pPr>
      <w:r w:rsidRPr="00B96BEB">
        <w:rPr>
          <w:sz w:val="20"/>
          <w:szCs w:val="20"/>
        </w:rPr>
        <w:t> Staff trained in safe Mega Buzzer operation, manual handling, customer briefing, participant supervision, emergency procedures and equipment inspection.</w:t>
      </w:r>
    </w:p>
    <w:sectPr w:rsidR="009D4065" w:rsidRPr="00B96BE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12662266">
    <w:abstractNumId w:val="8"/>
  </w:num>
  <w:num w:numId="2" w16cid:durableId="881483186">
    <w:abstractNumId w:val="6"/>
  </w:num>
  <w:num w:numId="3" w16cid:durableId="1055197027">
    <w:abstractNumId w:val="5"/>
  </w:num>
  <w:num w:numId="4" w16cid:durableId="1690377647">
    <w:abstractNumId w:val="4"/>
  </w:num>
  <w:num w:numId="5" w16cid:durableId="118570908">
    <w:abstractNumId w:val="7"/>
  </w:num>
  <w:num w:numId="6" w16cid:durableId="54671663">
    <w:abstractNumId w:val="3"/>
  </w:num>
  <w:num w:numId="7" w16cid:durableId="1993439655">
    <w:abstractNumId w:val="2"/>
  </w:num>
  <w:num w:numId="8" w16cid:durableId="1989704186">
    <w:abstractNumId w:val="1"/>
  </w:num>
  <w:num w:numId="9" w16cid:durableId="38167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7943"/>
    <w:rsid w:val="00034616"/>
    <w:rsid w:val="0006063C"/>
    <w:rsid w:val="0015074B"/>
    <w:rsid w:val="00256AE3"/>
    <w:rsid w:val="0029639D"/>
    <w:rsid w:val="00326F90"/>
    <w:rsid w:val="009854CF"/>
    <w:rsid w:val="009D4065"/>
    <w:rsid w:val="009E0A2E"/>
    <w:rsid w:val="00AA1D8D"/>
    <w:rsid w:val="00B47730"/>
    <w:rsid w:val="00B96BEB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E3EF220"/>
  <w14:defaultImageDpi w14:val="300"/>
  <w15:docId w15:val="{76AA1A38-7903-4CB8-B411-92F0B7722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600</Words>
  <Characters>3723</Characters>
  <Application>Microsoft Office Word</Application>
  <DocSecurity>0</DocSecurity>
  <Lines>232</Lines>
  <Paragraphs>120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2026-08-07T13:14:00Z</dcterms:created>
  <dcterms:modified xsi:type="dcterms:W3CDTF">2026-08-07T13:14:00Z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c9cf50f7-3540-46bb-8f27-f6f2b700a277</vt:lpwstr>
  </property>
</Properties>
</file>